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678CD" w14:textId="18607906" w:rsidR="00766189" w:rsidRPr="002C7553" w:rsidRDefault="00000000" w:rsidP="002C7553">
      <w:pPr>
        <w:jc w:val="center"/>
        <w:rPr>
          <w:rFonts w:ascii="Arial Black" w:hAnsi="Arial Black"/>
          <w:szCs w:val="20"/>
        </w:rPr>
      </w:pPr>
      <w:r w:rsidRPr="002C7553">
        <w:rPr>
          <w:rStyle w:val="Heading1Char"/>
          <w:sz w:val="40"/>
          <w:szCs w:val="40"/>
        </w:rPr>
        <w:t xml:space="preserve">BABA VISHNU PRATAP SINGH SMARAK </w:t>
      </w:r>
      <w:r w:rsidR="002C7553">
        <w:rPr>
          <w:rStyle w:val="Heading1Char"/>
          <w:sz w:val="40"/>
          <w:szCs w:val="40"/>
        </w:rPr>
        <w:t>DEGREE</w:t>
      </w:r>
      <w:r w:rsidRPr="002C7553">
        <w:rPr>
          <w:rStyle w:val="Heading1Char"/>
          <w:sz w:val="40"/>
          <w:szCs w:val="40"/>
        </w:rPr>
        <w:t xml:space="preserve"> COLLEGE</w:t>
      </w:r>
      <w:r>
        <w:rPr>
          <w:b/>
          <w:sz w:val="28"/>
        </w:rPr>
        <w:br/>
      </w:r>
      <w:r w:rsidRPr="002C7553">
        <w:rPr>
          <w:rFonts w:ascii="Arial Black" w:hAnsi="Arial Black"/>
          <w:b/>
          <w:szCs w:val="20"/>
        </w:rPr>
        <w:t>ADMISSION APPLICATION FORM (Academic Session: 20___–20___)</w:t>
      </w:r>
      <w:r w:rsidRPr="002C7553">
        <w:rPr>
          <w:rFonts w:ascii="Arial Black" w:hAnsi="Arial Black"/>
          <w:b/>
          <w:szCs w:val="20"/>
        </w:rPr>
        <w:br/>
      </w:r>
      <w:r w:rsidRPr="002C7553">
        <w:rPr>
          <w:rFonts w:ascii="Arial Black" w:hAnsi="Arial Black"/>
          <w:szCs w:val="20"/>
        </w:rPr>
        <w:t>Application No.: __________   Admission Date: ___/___/20___</w:t>
      </w:r>
    </w:p>
    <w:p w14:paraId="321527FD" w14:textId="77777777" w:rsidR="00766189" w:rsidRPr="002C7553" w:rsidRDefault="00000000" w:rsidP="002C7553">
      <w:pPr>
        <w:pStyle w:val="ListParagraph"/>
        <w:numPr>
          <w:ilvl w:val="0"/>
          <w:numId w:val="10"/>
        </w:numPr>
        <w:jc w:val="center"/>
        <w:rPr>
          <w:sz w:val="22"/>
        </w:rPr>
      </w:pPr>
      <w:r>
        <w:br/>
      </w:r>
      <w:r w:rsidRPr="002C7553">
        <w:rPr>
          <w:sz w:val="22"/>
        </w:rPr>
        <w:t xml:space="preserve">COURSE APPLIED: □ B.A.  □ B.Sc.  □ B.Com.  □ M.A.  □ M.Sc.  □ </w:t>
      </w:r>
      <w:proofErr w:type="gramStart"/>
      <w:r w:rsidRPr="002C7553">
        <w:rPr>
          <w:sz w:val="22"/>
        </w:rPr>
        <w:t>GNM  □</w:t>
      </w:r>
      <w:proofErr w:type="gramEnd"/>
      <w:r w:rsidRPr="002C7553">
        <w:rPr>
          <w:sz w:val="22"/>
        </w:rPr>
        <w:t xml:space="preserve"> D.Pharm.  □ </w:t>
      </w:r>
      <w:proofErr w:type="gramStart"/>
      <w:r w:rsidRPr="002C7553">
        <w:rPr>
          <w:sz w:val="22"/>
        </w:rPr>
        <w:t>D.Ed.(HI)  □</w:t>
      </w:r>
      <w:proofErr w:type="gramEnd"/>
      <w:r w:rsidRPr="002C7553">
        <w:rPr>
          <w:sz w:val="22"/>
        </w:rPr>
        <w:t xml:space="preserve"> </w:t>
      </w:r>
      <w:proofErr w:type="gramStart"/>
      <w:r w:rsidRPr="002C7553">
        <w:rPr>
          <w:sz w:val="22"/>
        </w:rPr>
        <w:t>D.Ed.(</w:t>
      </w:r>
      <w:proofErr w:type="gramEnd"/>
      <w:r w:rsidRPr="002C7553">
        <w:rPr>
          <w:sz w:val="22"/>
        </w:rPr>
        <w:t>IDD)</w:t>
      </w:r>
    </w:p>
    <w:p w14:paraId="70ABF4BE" w14:textId="77777777" w:rsidR="00766189" w:rsidRDefault="00000000">
      <w:r>
        <w:t>Subject/Branch: ____________________   Year/Sem.: ____________</w:t>
      </w:r>
    </w:p>
    <w:p w14:paraId="0FD90314" w14:textId="4F9EEF6C" w:rsidR="00766189" w:rsidRDefault="00000000">
      <w:r>
        <w:br/>
        <w:t>STUDENT DETAILS</w:t>
      </w:r>
      <w:r w:rsidR="002C7553">
        <w:t xml:space="preserve">                                                                                                   </w:t>
      </w:r>
      <w:r w:rsidR="002C7553">
        <w:t>Paste Passport Size Photograph Here</w:t>
      </w:r>
    </w:p>
    <w:p w14:paraId="1357D908" w14:textId="77777777" w:rsidR="00766189" w:rsidRDefault="00000000">
      <w:r>
        <w:t>Name: _________________________________________________</w:t>
      </w:r>
    </w:p>
    <w:p w14:paraId="2C2DB550" w14:textId="77777777" w:rsidR="00766189" w:rsidRDefault="00000000">
      <w:r>
        <w:t>Father's Name: ________________________________________</w:t>
      </w:r>
    </w:p>
    <w:p w14:paraId="70919ABF" w14:textId="77777777" w:rsidR="00766189" w:rsidRDefault="00000000">
      <w:r>
        <w:t>Mother's Name: _______________________________________</w:t>
      </w:r>
    </w:p>
    <w:p w14:paraId="1CEA85AE" w14:textId="45BC0F8D" w:rsidR="00766189" w:rsidRPr="002C7553" w:rsidRDefault="00000000">
      <w:pPr>
        <w:rPr>
          <w:rStyle w:val="Strong"/>
        </w:rPr>
      </w:pPr>
      <w:r>
        <w:t xml:space="preserve">DOB: ___/___/_____   </w:t>
      </w:r>
      <w:r w:rsidR="002C7553">
        <w:t xml:space="preserve">  </w:t>
      </w:r>
      <w:r w:rsidRPr="002C7553">
        <w:rPr>
          <w:rStyle w:val="Strong"/>
        </w:rPr>
        <w:t xml:space="preserve">Gender: □ M □ F □ Other  </w:t>
      </w:r>
      <w:r w:rsidR="002C7553">
        <w:rPr>
          <w:rStyle w:val="Strong"/>
        </w:rPr>
        <w:t xml:space="preserve">                                 </w:t>
      </w:r>
      <w:r w:rsidRPr="002C7553">
        <w:rPr>
          <w:rStyle w:val="Strong"/>
        </w:rPr>
        <w:t xml:space="preserve"> Category: □ Gen □ OBC □ SC □ ST □ EWS</w:t>
      </w:r>
    </w:p>
    <w:p w14:paraId="6C171416" w14:textId="2A0467EE" w:rsidR="00766189" w:rsidRDefault="00000000">
      <w:r>
        <w:t>Religion: __________</w:t>
      </w:r>
      <w:r w:rsidR="002C7553">
        <w:t xml:space="preserve">    </w:t>
      </w:r>
      <w:r>
        <w:t xml:space="preserve">  Aadhaar: __________________________</w:t>
      </w:r>
    </w:p>
    <w:p w14:paraId="4C6A92D1" w14:textId="0ABBA686" w:rsidR="00766189" w:rsidRPr="002C7553" w:rsidRDefault="00000000">
      <w:pPr>
        <w:rPr>
          <w:b/>
          <w:bCs/>
        </w:rPr>
      </w:pPr>
      <w:r>
        <w:t>APAAR ID: __________________</w:t>
      </w:r>
      <w:r w:rsidR="002C7553">
        <w:t xml:space="preserve">      </w:t>
      </w:r>
      <w:r w:rsidR="002C7553" w:rsidRPr="002C7553">
        <w:rPr>
          <w:rStyle w:val="Strong"/>
        </w:rPr>
        <w:t xml:space="preserve"> </w:t>
      </w:r>
      <w:r w:rsidR="002C7553" w:rsidRPr="002C7553">
        <w:rPr>
          <w:rStyle w:val="Strong"/>
        </w:rPr>
        <w:t xml:space="preserve">Gender: □ M □ F □ Other  </w:t>
      </w:r>
      <w:r w:rsidR="002C7553">
        <w:rPr>
          <w:rStyle w:val="Strong"/>
        </w:rPr>
        <w:t xml:space="preserve">                                 </w:t>
      </w:r>
      <w:r w:rsidR="002C7553" w:rsidRPr="002C7553">
        <w:rPr>
          <w:rStyle w:val="Strong"/>
        </w:rPr>
        <w:t xml:space="preserve"> </w:t>
      </w:r>
    </w:p>
    <w:p w14:paraId="2F8F3B76" w14:textId="464F246F" w:rsidR="00766189" w:rsidRDefault="00000000">
      <w:r>
        <w:t xml:space="preserve">Mobile: __________________  </w:t>
      </w:r>
      <w:r w:rsidR="002C7553">
        <w:t xml:space="preserve">                                       </w:t>
      </w:r>
      <w:r>
        <w:t>Email: _____________________</w:t>
      </w:r>
    </w:p>
    <w:p w14:paraId="24E8E80C" w14:textId="77777777" w:rsidR="00766189" w:rsidRDefault="00000000">
      <w:r>
        <w:br/>
        <w:t>ADDRESS</w:t>
      </w:r>
    </w:p>
    <w:p w14:paraId="161AE775" w14:textId="77777777" w:rsidR="00766189" w:rsidRDefault="00000000">
      <w:r>
        <w:t>Permanent Address: ____________________________________________</w:t>
      </w:r>
    </w:p>
    <w:p w14:paraId="212E37D7" w14:textId="77777777" w:rsidR="00766189" w:rsidRDefault="00000000">
      <w:r>
        <w:t>________________________________________________ PIN __________</w:t>
      </w:r>
    </w:p>
    <w:p w14:paraId="0520FFC3" w14:textId="77777777" w:rsidR="00766189" w:rsidRDefault="00000000">
      <w:r>
        <w:t>Correspondence Address: _______________________________________</w:t>
      </w:r>
    </w:p>
    <w:p w14:paraId="5E008859" w14:textId="77777777" w:rsidR="00766189" w:rsidRDefault="00000000">
      <w:r>
        <w:t>________________________________________________ PIN __________</w:t>
      </w:r>
    </w:p>
    <w:p w14:paraId="557B9420" w14:textId="77777777" w:rsidR="00766189" w:rsidRDefault="00000000">
      <w:r>
        <w:br/>
        <w:t>EDUCATIONAL QUALIFICATION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1"/>
        <w:gridCol w:w="2551"/>
        <w:gridCol w:w="2551"/>
        <w:gridCol w:w="2551"/>
      </w:tblGrid>
      <w:tr w:rsidR="00766189" w14:paraId="1A95D502" w14:textId="77777777">
        <w:tc>
          <w:tcPr>
            <w:tcW w:w="2551" w:type="dxa"/>
          </w:tcPr>
          <w:p w14:paraId="00EE68A5" w14:textId="77777777" w:rsidR="00766189" w:rsidRDefault="00000000">
            <w:r>
              <w:t>Exam</w:t>
            </w:r>
          </w:p>
        </w:tc>
        <w:tc>
          <w:tcPr>
            <w:tcW w:w="2551" w:type="dxa"/>
          </w:tcPr>
          <w:p w14:paraId="55312D53" w14:textId="77777777" w:rsidR="00766189" w:rsidRDefault="00000000">
            <w:r>
              <w:t>Board/University</w:t>
            </w:r>
          </w:p>
        </w:tc>
        <w:tc>
          <w:tcPr>
            <w:tcW w:w="2551" w:type="dxa"/>
          </w:tcPr>
          <w:p w14:paraId="5AA4A983" w14:textId="77777777" w:rsidR="00766189" w:rsidRDefault="00000000">
            <w:r>
              <w:t>Year</w:t>
            </w:r>
          </w:p>
        </w:tc>
        <w:tc>
          <w:tcPr>
            <w:tcW w:w="2551" w:type="dxa"/>
          </w:tcPr>
          <w:p w14:paraId="7A07DC28" w14:textId="77777777" w:rsidR="00766189" w:rsidRDefault="00000000">
            <w:r>
              <w:t>%/CGPA</w:t>
            </w:r>
          </w:p>
        </w:tc>
      </w:tr>
      <w:tr w:rsidR="00766189" w14:paraId="5ED12DD7" w14:textId="77777777">
        <w:tc>
          <w:tcPr>
            <w:tcW w:w="2551" w:type="dxa"/>
          </w:tcPr>
          <w:p w14:paraId="0119658D" w14:textId="77777777" w:rsidR="00766189" w:rsidRDefault="00000000">
            <w:r>
              <w:t>High School</w:t>
            </w:r>
          </w:p>
        </w:tc>
        <w:tc>
          <w:tcPr>
            <w:tcW w:w="2551" w:type="dxa"/>
          </w:tcPr>
          <w:p w14:paraId="46599210" w14:textId="77777777" w:rsidR="00766189" w:rsidRDefault="00766189"/>
        </w:tc>
        <w:tc>
          <w:tcPr>
            <w:tcW w:w="2551" w:type="dxa"/>
          </w:tcPr>
          <w:p w14:paraId="7545405C" w14:textId="77777777" w:rsidR="00766189" w:rsidRDefault="00766189"/>
        </w:tc>
        <w:tc>
          <w:tcPr>
            <w:tcW w:w="2551" w:type="dxa"/>
          </w:tcPr>
          <w:p w14:paraId="7CC2F8D6" w14:textId="77777777" w:rsidR="00766189" w:rsidRDefault="00766189"/>
        </w:tc>
      </w:tr>
      <w:tr w:rsidR="00766189" w14:paraId="6FAFF08C" w14:textId="77777777">
        <w:tc>
          <w:tcPr>
            <w:tcW w:w="2551" w:type="dxa"/>
          </w:tcPr>
          <w:p w14:paraId="19D873F0" w14:textId="77777777" w:rsidR="00766189" w:rsidRDefault="00000000">
            <w:r>
              <w:t>Intermediate</w:t>
            </w:r>
          </w:p>
        </w:tc>
        <w:tc>
          <w:tcPr>
            <w:tcW w:w="2551" w:type="dxa"/>
          </w:tcPr>
          <w:p w14:paraId="1FE48812" w14:textId="77777777" w:rsidR="00766189" w:rsidRDefault="00766189"/>
        </w:tc>
        <w:tc>
          <w:tcPr>
            <w:tcW w:w="2551" w:type="dxa"/>
          </w:tcPr>
          <w:p w14:paraId="1D44D1C3" w14:textId="77777777" w:rsidR="00766189" w:rsidRDefault="00766189"/>
        </w:tc>
        <w:tc>
          <w:tcPr>
            <w:tcW w:w="2551" w:type="dxa"/>
          </w:tcPr>
          <w:p w14:paraId="742FFAA8" w14:textId="77777777" w:rsidR="00766189" w:rsidRDefault="00766189"/>
        </w:tc>
      </w:tr>
      <w:tr w:rsidR="00766189" w14:paraId="55253D76" w14:textId="77777777">
        <w:tc>
          <w:tcPr>
            <w:tcW w:w="2551" w:type="dxa"/>
          </w:tcPr>
          <w:p w14:paraId="4BAC0BE4" w14:textId="77777777" w:rsidR="00766189" w:rsidRDefault="00000000">
            <w:r>
              <w:t>Graduation</w:t>
            </w:r>
          </w:p>
        </w:tc>
        <w:tc>
          <w:tcPr>
            <w:tcW w:w="2551" w:type="dxa"/>
          </w:tcPr>
          <w:p w14:paraId="22510C5C" w14:textId="77777777" w:rsidR="00766189" w:rsidRDefault="00766189"/>
        </w:tc>
        <w:tc>
          <w:tcPr>
            <w:tcW w:w="2551" w:type="dxa"/>
          </w:tcPr>
          <w:p w14:paraId="1A53F9CB" w14:textId="77777777" w:rsidR="00766189" w:rsidRDefault="00766189"/>
        </w:tc>
        <w:tc>
          <w:tcPr>
            <w:tcW w:w="2551" w:type="dxa"/>
          </w:tcPr>
          <w:p w14:paraId="22A2A874" w14:textId="77777777" w:rsidR="00766189" w:rsidRDefault="00766189"/>
        </w:tc>
      </w:tr>
      <w:tr w:rsidR="00766189" w14:paraId="63A17B83" w14:textId="77777777">
        <w:tc>
          <w:tcPr>
            <w:tcW w:w="2551" w:type="dxa"/>
          </w:tcPr>
          <w:p w14:paraId="10B3B11C" w14:textId="77777777" w:rsidR="00766189" w:rsidRDefault="00000000">
            <w:r>
              <w:t>Post Graduation</w:t>
            </w:r>
          </w:p>
        </w:tc>
        <w:tc>
          <w:tcPr>
            <w:tcW w:w="2551" w:type="dxa"/>
          </w:tcPr>
          <w:p w14:paraId="589E3F76" w14:textId="77777777" w:rsidR="00766189" w:rsidRDefault="00766189"/>
        </w:tc>
        <w:tc>
          <w:tcPr>
            <w:tcW w:w="2551" w:type="dxa"/>
          </w:tcPr>
          <w:p w14:paraId="49F565DD" w14:textId="77777777" w:rsidR="00766189" w:rsidRDefault="00766189"/>
        </w:tc>
        <w:tc>
          <w:tcPr>
            <w:tcW w:w="2551" w:type="dxa"/>
          </w:tcPr>
          <w:p w14:paraId="66519A83" w14:textId="77777777" w:rsidR="00766189" w:rsidRDefault="00766189"/>
        </w:tc>
      </w:tr>
    </w:tbl>
    <w:p w14:paraId="450C4E52" w14:textId="77777777" w:rsidR="00766189" w:rsidRPr="002C7553" w:rsidRDefault="00000000">
      <w:pPr>
        <w:rPr>
          <w:rFonts w:ascii="Arial Rounded MT Bold" w:hAnsi="Arial Rounded MT Bold"/>
        </w:rPr>
      </w:pPr>
      <w:r>
        <w:br/>
      </w:r>
      <w:r w:rsidRPr="002C7553">
        <w:rPr>
          <w:rFonts w:ascii="Arial Rounded MT Bold" w:hAnsi="Arial Rounded MT Bold"/>
        </w:rPr>
        <w:t xml:space="preserve">DOCUMENTS: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HS Marksheet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Inter Marksheet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Graduation Marksheet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TC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CC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Migration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Aadhaar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Caste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Income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Domicile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Photos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Medical </w:t>
      </w:r>
      <w:r w:rsidRPr="002C7553">
        <w:rPr>
          <w:rFonts w:ascii="Arial" w:hAnsi="Arial" w:cs="Arial"/>
        </w:rPr>
        <w:t>□</w:t>
      </w:r>
      <w:r w:rsidRPr="002C7553">
        <w:rPr>
          <w:rFonts w:ascii="Arial Rounded MT Bold" w:hAnsi="Arial Rounded MT Bold"/>
        </w:rPr>
        <w:t xml:space="preserve"> Others __________</w:t>
      </w:r>
    </w:p>
    <w:p w14:paraId="042571B1" w14:textId="77777777" w:rsidR="00766189" w:rsidRDefault="00000000">
      <w:r>
        <w:br/>
        <w:t>PARENT/GUARDIAN</w:t>
      </w:r>
    </w:p>
    <w:p w14:paraId="2B8734DF" w14:textId="77777777" w:rsidR="00766189" w:rsidRDefault="00000000">
      <w:r>
        <w:t>Name: __________________ Occupation: ______________ Mobile: ______________ Annual Income: ₹____________</w:t>
      </w:r>
    </w:p>
    <w:p w14:paraId="7D0410DF" w14:textId="64B7E031" w:rsidR="00766189" w:rsidRDefault="00000000">
      <w:r>
        <w:t>DECLARATION</w:t>
      </w:r>
    </w:p>
    <w:p w14:paraId="0D9AD5C1" w14:textId="77777777" w:rsidR="002C7553" w:rsidRDefault="00000000" w:rsidP="002C7553">
      <w:r>
        <w:t>I declare that the information provided is true and correct. I agree to abide by the rules and regulations of the college.</w:t>
      </w:r>
      <w:r w:rsidR="002C7553" w:rsidRPr="002C7553">
        <w:t xml:space="preserve"> </w:t>
      </w:r>
      <w:r w:rsidR="002C7553">
        <w:br/>
        <w:t>Student Signature: __________________    Parent Signature: __________________</w:t>
      </w:r>
      <w:r w:rsidR="002C7553" w:rsidRPr="002C7553">
        <w:t xml:space="preserve"> </w:t>
      </w:r>
    </w:p>
    <w:p w14:paraId="16BD3E1D" w14:textId="133DA054" w:rsidR="002C7553" w:rsidRDefault="002C7553" w:rsidP="002C7553">
      <w:r>
        <w:t xml:space="preserve">Fee: ₹________ </w:t>
      </w:r>
      <w:r w:rsidR="00CC0DB5">
        <w:t xml:space="preserve">   </w:t>
      </w:r>
      <w:r>
        <w:t xml:space="preserve">Receipt No.: ________ </w:t>
      </w:r>
      <w:r w:rsidR="00CC0DB5">
        <w:t xml:space="preserve">   </w:t>
      </w:r>
      <w:r>
        <w:t xml:space="preserve">Admission In-charge: __________ </w:t>
      </w:r>
    </w:p>
    <w:p w14:paraId="438C76A1" w14:textId="1F53E644" w:rsidR="00766189" w:rsidRDefault="00766189"/>
    <w:sectPr w:rsidR="00766189" w:rsidSect="00034616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D21EB3"/>
    <w:multiLevelType w:val="hybridMultilevel"/>
    <w:tmpl w:val="CB7CD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04089">
    <w:abstractNumId w:val="8"/>
  </w:num>
  <w:num w:numId="2" w16cid:durableId="1316568638">
    <w:abstractNumId w:val="6"/>
  </w:num>
  <w:num w:numId="3" w16cid:durableId="1288048977">
    <w:abstractNumId w:val="5"/>
  </w:num>
  <w:num w:numId="4" w16cid:durableId="987520025">
    <w:abstractNumId w:val="4"/>
  </w:num>
  <w:num w:numId="5" w16cid:durableId="1327323982">
    <w:abstractNumId w:val="7"/>
  </w:num>
  <w:num w:numId="6" w16cid:durableId="1267351794">
    <w:abstractNumId w:val="3"/>
  </w:num>
  <w:num w:numId="7" w16cid:durableId="1502354903">
    <w:abstractNumId w:val="2"/>
  </w:num>
  <w:num w:numId="8" w16cid:durableId="273709996">
    <w:abstractNumId w:val="1"/>
  </w:num>
  <w:num w:numId="9" w16cid:durableId="1638221329">
    <w:abstractNumId w:val="0"/>
  </w:num>
  <w:num w:numId="10" w16cid:durableId="16827052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C7553"/>
    <w:rsid w:val="00326F90"/>
    <w:rsid w:val="00766189"/>
    <w:rsid w:val="00AA1D8D"/>
    <w:rsid w:val="00B02248"/>
    <w:rsid w:val="00B47730"/>
    <w:rsid w:val="00CB0664"/>
    <w:rsid w:val="00CC0DB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45E40F"/>
  <w14:defaultImageDpi w14:val="300"/>
  <w15:docId w15:val="{94928BE9-3D32-4806-B4F1-3E1CE1042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Manvendra Singh</cp:lastModifiedBy>
  <cp:revision>3</cp:revision>
  <dcterms:created xsi:type="dcterms:W3CDTF">2013-12-23T23:15:00Z</dcterms:created>
  <dcterms:modified xsi:type="dcterms:W3CDTF">2026-07-16T17:55:00Z</dcterms:modified>
  <cp:category/>
</cp:coreProperties>
</file>